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וסיפר לאנשים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כתב וסיפר לאנשים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שעם גר ושולט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(רעיון של חזרה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שבאים לגור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שתהיה לעם היהודי מדינה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המתאר מדינה או דגל או אנשים, עם משפט פשוט שמסביר את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מדינה משלו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הרצל לפני תחילת הדף כדי לחבר את התלמידים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חלקי הדף בקול רם לתלמידים הצעירים לפני שהם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הציור כפעילות סיום קבוצתית על לוח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שיהיה לעם היהודי מדינה משלו. הוא כתב וסיפר לאנשים רבים על החלום שלו, ועזר להקים את מדינת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סיפר  ·  מדינה  ·  ציונות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החלום הגדול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שתהיה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לנסוע לטייל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עשה הרצל כדי לספר לאנשים על החלום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 וסיפר לאנשים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בנה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חלם שתהיה מדינה לעם היהודי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לא סיפר לאף אחד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חלם על __________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__________ לאנשים רבים על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הרעיון של חזרה לארץ ישראל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שבאים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רעיון של חזרה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שעם גר ושולט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משהו שרוצים שיקרה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החלום של הרצל?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איך דמיינתם את החלום של הרצל, וכתבו מתחת לציור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חלם חלום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