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חלם חלום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דמותו של בנימין זאב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היה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שתהיה מדינה ליהודים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 וסיפר לאנשים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איש שחלם על מדינה 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היה החלום המרכזי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כתב וסיפר לאנשים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מוגדרת הציונות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עולים הם אנשים שבאים לגור בארץ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מדינת ישראל הוקמה בזכות חלומו ופעולתו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(משהו שרוצים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שעם גר ושולט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(רעיון של חזרה לארץ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(אנשים שבאים לגור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(סמל של 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חלם שתהיה לעם היהודי מדינה משלו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הוא עזר להקים את מדינת ישראל שבה אנחנו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ציור המתאר מדינה או דגל או אנשים, עם משפט פשוט שמסביר את הציור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איש שחלם על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שתהיה מדינה משלו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הוקמה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תמונה של הרצל לפני תחילת הדף כדי לחבר את התלמידים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חלקי הדף בקול רם לתלמידים הצעירים לפני שהם עונים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חלק הציור כפעילות סיום קבוצתית על לוח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הרצל חלם חלום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הֶרְצֵל רָצָה שֶׁיִּהְיֶה לַיְּהוּדִים בַּיִת מְשֻׁתָּף. הוּא חָלַם עַל מְדִינָה. אֲנַחְנוּ נִלְמַד עָלָיו הַיּוֹם.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חָלוֹם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מַשֶּׁהוּ שֶׁרוֹצִים שֶׁיִּקְרֶה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מְדִינָה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מָקוֹם שֶׁבּוֹ עַם גָּר וְשׁוֹלֵט בְּעַצְמוֹ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צִיּוֹנוּת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רָעְיוֹן שֶׁל חֲזָרָה לְאֶרֶץ יִשְׂרָאֵל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עוֹלִים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אֲנָשִׁים שֶׁבָּאִים לִגְּוּר בְּאֶרֶץ יִשְׂרָאֵל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דֶּגֶל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סֵמֶל שֶׁל מְדִינָה אוֹ קְבוּצָה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כּוֹתֵב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מִי שֶׁמְּסַפֵּר דְּבָרִים בְּכְתִיבָה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אֶרֶץ יִשְׂרָאֵל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הָאֶרֶץ שֶׁל הָעָם הַיְּהוּדִי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מַנְהִיג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מִי שֶׁמוֹבִיל אֲנָשִׁים אֲחֵרִים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מָה הֶרְצֵל רָצָה שֶׁיִּקְרֶה?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שתהיה מדינה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לנסוע לטייל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ספר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אֵיךְ הֶרְצֵל סִפֵּר עַל הַחֲלוֹם שֶׁלּוֹ?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וסיפר לאנשים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בנה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מָה שֵׁם הָרַעְיוֹן שֶׁל חֲזָרָה לָאָרֶץ?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מִי הָיָה הֶרְצֵל?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שחלם על מדינה 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לְאָן הָעוֹלִים רָצוּ לְהַגִּיעַ?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לאפריקה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שתהיה מדינה לעם היהודי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לא סיפר לאף אחד על החלום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הציונות היא רעיון של חזרה לארץ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הם אנשים שעוזבים את ארץ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החלום של הרצל התגשם והוקמה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חלם על __________ ליהודים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__________ לאנשים רבים על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הרעיון של חזרה לארץ 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אנשים שבאים לגור בארץ ישראל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הארץ שעליה חלם הרצל נקראת __________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רעיון של חזרה לארץ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משהו שרוצים שיקרה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שבאים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סמל של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שעם גר ושולט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החלום של הרצל? כתבו במשפט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לזכור את הרצל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איך דמיינתם את החלום של הרצל, וכתבו מתחת לציור 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בנימין זאב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בסוף עם החלום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הרצל חלם חלום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